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קצרה וממוקדת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ולבסס אותן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מכבדת לפני, במהלך ואחרי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מתאימים לדקה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תפקידים כולל צופה שממלא דף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מגמה לאתגר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נכנס לתלקיט)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(ציון שלא הצליח)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(פחד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(חידה בקול רם)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משימה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ארבעה משפטים: מי אני, מה מעניין אותי, חוזקה ודוגמה, למה המגמה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בקול ומדדו זמן עד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מחקו מילים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תרגלו שוב בלי 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 מתוך רשימה, עם דוגמה קונקרטית וקצרה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היכרות עם המגמה, חוזקות, תרגול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ואישי המעודד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דבר שנלמד או נאהב, פנייה מכבדת, בדיקת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לשלשות ולתרגל בפועל את משימה 4 אחרי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דוגמה אחת של הודעת תודה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השלבים להכנה לראיון קבלה למגמה או לתיכון: הצגה עצמית, חקר המגמה, חוזקות, תרגול בשלשות, הרגעה לפני הראיון והודעת תודה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ארבע  ·  סיפור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צריך לקחת הסיפור על עצמכם במשימה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עובדות אוספים על המגמה במשימה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במשימה הראשונה צריך לקרוא את המשפטים בקול ולמדוד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בשלשות אין צורך בצופה או בצופה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הנשימה שואפים ונושפים באותו קצב, ארבע שניות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ראיון בשלשות עונים על __________ שאלות ממאגר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חוזקה כותבים __________ קצר שמוכיח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מגמה לאתגר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מגמת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חידה בקול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מגמת ביולוגיה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נכנס לתלקיט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מגמת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ציון שלא הצליח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מגמת הנדסת תוכנה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פחד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של משימה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בקול ומדדו זמן עד 60 שניות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מחקו מילים מיותרות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תרגלו שוב בלי 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ארבעה משפטים: מי אני, מה מעניין אותי, חוזקה ודוגמה, למה המגמה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בקצרה חוזקה אחת שלכם וסיפור קצר שמוכיח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דברים שחשוב להכין לפני ראיון למגמה?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של דיבור פנימי חיובי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