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 למגמה ולתיכון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הצגה עצמית קצרה וממוקדת לקראת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חוזקות אישיות ולבסס אותן בדוגמה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התנהגות מכבדת לפני, במהלך ואחרי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60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3-4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בודקים אם מתאימים לדקה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שלושה תפקידים כולל צופה שממלא דף תצפית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במשימה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ההודעה נשלחת אחרי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צריך לנסח שתי שאלות למראיין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למדתם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מגמה לאתגר 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(מה נכנס לתלקיט)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(ציון שלא הצליח)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(פחד במה)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(חידה בקול רם)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(מבחן כושר וראיון)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של משימה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 ארבעה משפטים: מי אני, מה מעניין אותי, חוזקה ודוגמה, למה המגמה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קראו בקול ומדדו זמן עד 60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מחקו מילים מיותרות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תרגלו שוב בלי 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חוזקה מתוך רשימה, עם דוגמה קונקרטית וקצרה מהחיים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מנומס שמזכיר דבר שלמדו או אהבו בשיחה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לתשובות כמו: היכרות עם המגמה, חוזקות, תרגול בקול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חיובי ואישי המעודד ביטחון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אזכור דבר שנלמד או נאהב, פנייה מכבדת, בדיקת כתיב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התלמידים לשלשות ולתרגל בפועל את משימה 4 אחרי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דוגמה אחת של הודעת תודה לפני שהתלמידים כותבים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 למגמה ולתיכון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איך להתכונן לראיון. מדברים על עצמנו, לומדים על המגמה, מתרגלים עם חברים, ונרגעים לפני ואחרי.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בין מועמד או מועמדת למראיין כדי להכיר אחד את השני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תחום לימוד מיוחד שבוחרים בבית הספר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חוזקה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תכונה טובה שיש לאדם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תלקיט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תיק עבודות שמציג יצירות ופרויקטים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דיבור פנימי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המחשבות שאנחנו אומרים לעצמנו בלב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תצפית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הסתכלות ורישום של מה שקורה בזמן אמת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נשימה רגועה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נשימה איטית שעוזרת להירגע לפני אירוע מלחיץ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הודעת תודה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הודעה קצרה שמביעה הערכה אחרי פגישה או ראיון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זמן אורך הסיפור על עצמכם?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משפטים כותבים על עצמכם?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עובדות לומדים על המגמה?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תפקידים יש בתרגול הראיון?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משפטים כותבים בהודעת התודה?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1-2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3-4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5-6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7-8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במשימה הראשונה צריך לקרוא את המשפטים בקול ולמדוד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בראיון בשלשות אין צורך בצופה או בצופה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בתרגיל הנשימה שואפים ונושפים באותו קצב, ארבע שניות כל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הודעת התודה נשלחת לפני הראיון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במשימה חוקרים את המגמה כותבים גם שאלות למראיין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בכל ראיון בשלשות עונים על __________ שאלות ממאגר השאלות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בתרגיל הנשימה שואפים __________ שניות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לכל חוזקה כותבים __________ קצר שמוכיח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בהודעת התודה צריך להזכיר דבר אחד ש__________ או שאהבתם בשיחה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בראיון בשלשות משתתפים מראיין, מועמד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מגמה לאתגר 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מגמת אמנות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פחד במה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מגמת ביולוגיה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מבחן כושר וראיון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מגמת תיאטרון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חידה בקול רם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מגמת הנדסת תוכנה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נכנס לתלקיט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מגמת חינוך גופני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ציון שלא הצליח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של משימה 1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תרגלו שוב בלי דף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מחקו מילים מיותרות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בקול ומדדו זמן עד 60 שניות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ארבעה משפטים: מי אני, מה מעניין אותי, חוזקה ודוגמה, למה המגמה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בקצרה חוזקה אחת שלכם וסיפור קצר שמוכיח אותה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תודה אחד שהייתם שולחים אחרי ראיון למגמה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דברים שחשוב להכין לפני ראיון למגמה?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של דיבור פנימי חיובי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כוללת הודעת תודה טובה אחרי 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הכנה לראיון למגמה ולתיכון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