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הצגה עצמית קצרה וממוקדת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חוזקות אישיות ולבסס אותן בדוגמה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מכבדת לפני, במהלך ואחרי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בודקים אם מתאימים לדקה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תפקידים כולל צופה שממלא דף 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במשימה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ההודעה נשלחת אחרי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צריך לנסח שתי שאלות למראיין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מגמה לאתגר 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נכנס לתלקיט)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(ציון שלא הצליח)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(פחד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(חידה בקול 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(מבחן כושר וראיון)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משימה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ארבעה משפטים: מי אני, מה מעניין אותי, חוזקה ודוגמה, למה המגמה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בקול ומדדו זמן עד 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מחקו מילים מיותרות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תרגלו שוב בלי 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חוזקה מתוך רשימה, עם דוגמה קונקרטית וקצרה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מנומס שמזכיר דבר שלמדו או אהבו בשיחה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כמו: היכרות עם המגמה, חוזקות, תרגול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חיובי ואישי המעודד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דבר שנלמד או נאהב, פנייה מכבדת, בדיקת 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לשלשות ולתרגל בפועל את משימה 4 אחרי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דוגמה אחת של הודעת תודה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למגמה ולתיכון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השלבים להכנה לראיון קבלה למגמה או לתיכון: הצגה עצמית, חקר המגמה, חוזקות, תרגול בשלשות, הרגעה לפני הראיון והודעת תודה 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צריך לקחת הסיפור על עצמכם במשימה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משפטים כותבים במשימה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עובדות אוספים על המגמה במשימה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תפקידים יש בראיון בשלשות?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משפטי תודה כותבים בהודעת התודה?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7-8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במשימה הראשונה צריך לקרוא את המשפטים בקול ולמדוד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בשלשות אין צורך בצופה או בצופה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הנשימה שואפים ונושפים באותו קצב, ארבע שניות כל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התודה נשלחת לפני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במשימה חוקרים את המגמה כותבים גם שאלות למראיין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ראיון בשלשות עונים על __________ שאלות ממאגר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בתרגיל הנשימה שואפים __________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לכל חוזקה כותבים __________ קצר שמוכיח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בהודעת התודה צריך להזכיר דבר אחד ש__________ או שאהבתם בשיחה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בראיון בשלשות משתתפים מראיין, מועמד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מגמה לאתגר 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מגמת אמנות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מבחן כושר וראיון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מגמת ביולוגיה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נכנס לתלקיט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מגמת 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חידה בקול 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מגמת הנדסת תוכנה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פחד במה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מגמת חינוך גופני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ציון שלא הצליח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של משימה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תרגלו שוב בלי 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ארבעה משפטים: מי אני, מה מעניין אותי, חוזקה ודוגמה, למה המגמה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בקול ומדדו זמן עד 60 שניות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מחקו מילים מיותרות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חוזקה אחת שלכם וסיפור קצר שמוכיח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תודה אחד שהייתם שולחים אחרי ראיון למגמה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שחשוב להכין לפני ראיון למגמה?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של דיבור פנימי חיובי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הודעת תודה טובה אחרי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למגמה ולתיכון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